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Abhishek Rampal</w:t>
      </w:r>
    </w:p>
    <w:p>
      <w:r>
        <w:rPr>
          <w:b w:val="0"/>
          <w:color w:val="4A4A4A"/>
          <w:sz w:val="24"/>
        </w:rPr>
        <w:t>UI/UX Designer</w:t>
      </w:r>
    </w:p>
    <w:p>
      <w:r>
        <w:rPr>
          <w:b w:val="0"/>
          <w:color w:val="4A4A4A"/>
          <w:sz w:val="19"/>
        </w:rPr>
        <w:t>Gurugram, India</w:t>
      </w:r>
    </w:p>
    <w:p>
      <w:hyperlink r:id="rId9">
        <w:r>
          <w:rPr>
            <w:u w:val="single"/>
            <w:color w:val="4A4A4A"/>
          </w:rPr>
          <w:t>abhishekinvission@gmail.com</w:t>
        </w:r>
      </w:hyperlink>
      <w:r>
        <w:rPr>
          <w:color w:val="4A4A4A"/>
        </w:rPr>
        <w:t xml:space="preserve">  |  </w:t>
      </w:r>
      <w:hyperlink r:id="rId10">
        <w:r>
          <w:rPr>
            <w:u w:val="single"/>
            <w:color w:val="4A4A4A"/>
          </w:rPr>
          <w:t>uiuxabhishek.com</w:t>
        </w:r>
      </w:hyperlink>
      <w:r>
        <w:rPr>
          <w:color w:val="4A4A4A"/>
        </w:rPr>
        <w:t xml:space="preserve">  |  </w:t>
      </w:r>
      <w:hyperlink r:id="rId11">
        <w:r>
          <w:rPr>
            <w:u w:val="single"/>
            <w:color w:val="4A4A4A"/>
          </w:rPr>
          <w:t>linkedin.com/in/uxabhishekrampal</w:t>
        </w:r>
      </w:hyperlink>
      <w:r>
        <w:rPr>
          <w:color w:val="4A4A4A"/>
        </w:rPr>
        <w:t xml:space="preserve">  |  </w:t>
      </w:r>
      <w:hyperlink r:id="rId12">
        <w:r>
          <w:rPr>
            <w:u w:val="single"/>
            <w:color w:val="4A4A4A"/>
          </w:rPr>
          <w:t>behance.net/abhishekr0a748</w:t>
        </w:r>
      </w:hyperlink>
    </w:p>
    <w:p>
      <w:pPr>
        <w:pStyle w:val="Heading1"/>
        <w:pBdr>
          <w:bottom w:val="single" w:sz="6" w:space="1" w:color="EFABB4"/>
        </w:pBdr>
      </w:pPr>
      <w:r>
        <w:t>SUMMARY</w:t>
      </w:r>
    </w:p>
    <w:p>
      <w:r>
        <w:rPr>
          <w:b w:val="0"/>
        </w:rPr>
        <w:t>UI/UX designer creating clear, thoughtful experiences for enterprise and consumer products. I translate user needs into product journeys, interfaces, prototypes, and design systems. Currently leading UI/UX initiatives for clean mobility products at Montra Electric, part of the Murugappa Group.</w:t>
      </w:r>
    </w:p>
    <w:p>
      <w:pPr>
        <w:pStyle w:val="Heading1"/>
        <w:pBdr>
          <w:bottom w:val="single" w:sz="6" w:space="1" w:color="EFABB4"/>
        </w:pBdr>
      </w:pPr>
      <w:r>
        <w:t>EXPERIENCE</w:t>
      </w:r>
    </w:p>
    <w:p>
      <w:pPr>
        <w:keepNext/>
        <w:spacing w:before="120"/>
      </w:pPr>
      <w:r>
        <w:rPr>
          <w:b/>
        </w:rPr>
        <w:t>Assistant Manager – UI/UX</w:t>
      </w:r>
    </w:p>
    <w:p>
      <w:pPr>
        <w:keepNext/>
      </w:pPr>
      <w:r>
        <w:rPr>
          <w:b w:val="0"/>
          <w:color w:val="4A4A4A"/>
          <w:sz w:val="19"/>
        </w:rPr>
        <w:t>Murugappa Group | Montra Electric &amp; TI Clean Mobility  |  Apr 2024 – Present</w:t>
      </w:r>
    </w:p>
    <w:p>
      <w:pPr>
        <w:pStyle w:val="ListBullet"/>
      </w:pPr>
      <w:r>
        <w:t>Lead UI/UX initiatives across product journeys and prototypes.</w:t>
      </w:r>
    </w:p>
    <w:p>
      <w:pPr>
        <w:pStyle w:val="ListBullet"/>
      </w:pPr>
      <w:r>
        <w:t>Align user needs with business goals, refine the experience, and guide design delivery for clean mobility products.</w:t>
      </w:r>
    </w:p>
    <w:p>
      <w:pPr>
        <w:keepNext/>
        <w:spacing w:before="120"/>
      </w:pPr>
      <w:r>
        <w:rPr>
          <w:b/>
        </w:rPr>
        <w:t>UI/UX Designer</w:t>
      </w:r>
    </w:p>
    <w:p>
      <w:pPr>
        <w:keepNext/>
      </w:pPr>
      <w:r>
        <w:rPr>
          <w:b w:val="0"/>
          <w:color w:val="4A4A4A"/>
          <w:sz w:val="19"/>
        </w:rPr>
        <w:t>Onmove | Zast Logisolutions  |  Mar 2022 – Apr 2024</w:t>
      </w:r>
    </w:p>
    <w:p>
      <w:pPr>
        <w:pStyle w:val="ListBullet"/>
      </w:pPr>
      <w:r>
        <w:t>Designed responsive web and mobile experiences informed by user research and usability testing.</w:t>
      </w:r>
    </w:p>
    <w:p>
      <w:pPr>
        <w:pStyle w:val="ListBullet"/>
      </w:pPr>
      <w:r>
        <w:t>Collaborated with product teams and mentored junior designers.</w:t>
      </w:r>
    </w:p>
    <w:p>
      <w:pPr>
        <w:keepNext/>
        <w:spacing w:before="120"/>
      </w:pPr>
      <w:r>
        <w:rPr>
          <w:b/>
        </w:rPr>
        <w:t>Co-Founder &amp; UI/UX Designer</w:t>
      </w:r>
    </w:p>
    <w:p>
      <w:pPr>
        <w:keepNext/>
      </w:pPr>
      <w:r>
        <w:rPr>
          <w:b w:val="0"/>
          <w:color w:val="4A4A4A"/>
          <w:sz w:val="19"/>
        </w:rPr>
        <w:t>CommitBit Technologies  |  Aug 2021 – Feb 2022</w:t>
      </w:r>
    </w:p>
    <w:p>
      <w:pPr>
        <w:pStyle w:val="ListBullet"/>
      </w:pPr>
      <w:r>
        <w:t>Combined interface design with project planning, client relationships, team management, and delivery.</w:t>
      </w:r>
    </w:p>
    <w:p>
      <w:pPr>
        <w:keepNext/>
        <w:spacing w:before="120"/>
      </w:pPr>
      <w:r>
        <w:rPr>
          <w:b/>
        </w:rPr>
        <w:t>User Interface Designer</w:t>
      </w:r>
    </w:p>
    <w:p>
      <w:pPr>
        <w:keepNext/>
      </w:pPr>
      <w:r>
        <w:rPr>
          <w:b w:val="0"/>
          <w:color w:val="4A4A4A"/>
          <w:sz w:val="19"/>
        </w:rPr>
        <w:t>Appsimity Solutions  |  Oct 2019 – Sep 2020</w:t>
      </w:r>
    </w:p>
    <w:p>
      <w:pPr>
        <w:pStyle w:val="ListBullet"/>
      </w:pPr>
      <w:r>
        <w:t>Created UI components and prototypes, tested interfaces, and collaborated with clients.</w:t>
      </w:r>
    </w:p>
    <w:p>
      <w:pPr>
        <w:keepNext/>
        <w:spacing w:before="120"/>
      </w:pPr>
      <w:r>
        <w:rPr>
          <w:b/>
        </w:rPr>
        <w:t>UI Designer</w:t>
      </w:r>
    </w:p>
    <w:p>
      <w:pPr>
        <w:keepNext/>
      </w:pPr>
      <w:r>
        <w:rPr>
          <w:b w:val="0"/>
          <w:color w:val="4A4A4A"/>
          <w:sz w:val="19"/>
        </w:rPr>
        <w:t>Chunky Brains  |  Feb 2019 – Oct 2019</w:t>
      </w:r>
    </w:p>
    <w:p>
      <w:pPr>
        <w:pStyle w:val="ListBullet"/>
      </w:pPr>
      <w:r>
        <w:t>Designed wireframes, responsive web and mobile interfaces, and brand graphics.</w:t>
      </w:r>
    </w:p>
    <w:p>
      <w:pPr>
        <w:keepNext/>
        <w:spacing w:before="120"/>
      </w:pPr>
      <w:r>
        <w:rPr>
          <w:b/>
        </w:rPr>
        <w:t>UI Designer</w:t>
      </w:r>
    </w:p>
    <w:p>
      <w:pPr>
        <w:keepNext/>
      </w:pPr>
      <w:r>
        <w:rPr>
          <w:b w:val="0"/>
          <w:color w:val="4A4A4A"/>
          <w:sz w:val="19"/>
        </w:rPr>
        <w:t>Macwill Information Systems  |  Jul 2017 – Feb 2019</w:t>
      </w:r>
    </w:p>
    <w:p>
      <w:pPr>
        <w:pStyle w:val="ListBullet"/>
      </w:pPr>
      <w:r>
        <w:t>Worked on user research, journeys, wireframes, and prototypes in collaboration with product teams.</w:t>
      </w:r>
    </w:p>
    <w:p>
      <w:pPr>
        <w:pStyle w:val="Heading1"/>
        <w:pBdr>
          <w:bottom w:val="single" w:sz="6" w:space="1" w:color="EFABB4"/>
        </w:pBdr>
      </w:pPr>
      <w:r>
        <w:t>SKILLS</w:t>
      </w:r>
    </w:p>
    <w:p>
      <w:r>
        <w:rPr>
          <w:b w:val="0"/>
        </w:rPr>
        <w:t>UX strategy, Product design, User research, User interviews, Competitor analysis, Information architecture, User journeys, Wireframing, Prototyping, Usability testing, Visual design, Design systems, Dashboard design, Mobile app design (iOS &amp; Android), Responsive web design, Brand identity &amp; logo design, Design handoff</w:t>
      </w:r>
    </w:p>
    <w:p>
      <w:pPr>
        <w:pStyle w:val="Heading1"/>
        <w:pBdr>
          <w:bottom w:val="single" w:sz="6" w:space="1" w:color="EFABB4"/>
        </w:pBdr>
      </w:pPr>
      <w:r>
        <w:t>TOOLS</w:t>
      </w:r>
    </w:p>
    <w:p>
      <w:r>
        <w:rPr>
          <w:b w:val="0"/>
        </w:rPr>
        <w:t>Figma, Adobe XD, Illustrator, Photoshop, Lens Studio</w:t>
      </w:r>
    </w:p>
    <w:p>
      <w:pPr>
        <w:pStyle w:val="Heading1"/>
        <w:pBdr>
          <w:bottom w:val="single" w:sz="6" w:space="1" w:color="EFABB4"/>
        </w:pBdr>
      </w:pPr>
      <w:r>
        <w:t>EDUCATION</w:t>
      </w:r>
    </w:p>
    <w:p>
      <w:r>
        <w:rPr>
          <w:b/>
        </w:rPr>
        <w:t>B.Tech in Computer Science</w:t>
      </w:r>
    </w:p>
    <w:p>
      <w:r>
        <w:rPr>
          <w:b w:val="0"/>
          <w:color w:val="4A4A4A"/>
          <w:sz w:val="19"/>
        </w:rPr>
        <w:t>CT Institute of Engineering, Management and Technology, Shahpur  |  2011 – 2015</w:t>
      </w:r>
    </w:p>
    <w:p>
      <w:pPr>
        <w:pStyle w:val="Heading1"/>
        <w:pBdr>
          <w:bottom w:val="single" w:sz="6" w:space="1" w:color="EFABB4"/>
        </w:pBdr>
      </w:pPr>
      <w:r>
        <w:t>CERTIFICATIONS</w:t>
      </w:r>
    </w:p>
    <w:p>
      <w:pPr>
        <w:pStyle w:val="ListBullet"/>
      </w:pPr>
      <w:r>
        <w:t>UI/UX Design Essential Training</w:t>
      </w:r>
    </w:p>
    <w:p>
      <w:pPr>
        <w:pStyle w:val="ListBullet"/>
      </w:pPr>
      <w:r>
        <w:t>Complete Figma Megacourse: UI/UX Design Beginner to Expert</w:t>
      </w:r>
    </w:p>
    <w:p>
      <w:pPr>
        <w:pStyle w:val="ListBullet"/>
      </w:pPr>
      <w:r>
        <w:t>Complete Web &amp; Mobile Designer in 2023: UI/UX, Figma, +more</w:t>
      </w:r>
    </w:p>
    <w:p>
      <w:pPr>
        <w:pStyle w:val="ListBullet"/>
      </w:pPr>
      <w:r>
        <w:t>User Experience Design: UX Fundamentals Course</w:t>
      </w:r>
    </w:p>
    <w:p>
      <w:pPr>
        <w:pStyle w:val="Heading1"/>
        <w:pBdr>
          <w:bottom w:val="single" w:sz="6" w:space="1" w:color="EFABB4"/>
        </w:pBdr>
      </w:pPr>
      <w:r>
        <w:t>LANGUAGES</w:t>
      </w:r>
    </w:p>
    <w:p>
      <w:r>
        <w:rPr>
          <w:b w:val="0"/>
        </w:rPr>
        <w:t>English, Hindi, Punjabi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16161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6161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6161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abhishekinvission@gmail.com" TargetMode="External"/><Relationship Id="rId10" Type="http://schemas.openxmlformats.org/officeDocument/2006/relationships/hyperlink" Target="https://uiuxabhishek.com" TargetMode="External"/><Relationship Id="rId11" Type="http://schemas.openxmlformats.org/officeDocument/2006/relationships/hyperlink" Target="https://www.linkedin.com/in/uxabhishekrampal/" TargetMode="External"/><Relationship Id="rId12" Type="http://schemas.openxmlformats.org/officeDocument/2006/relationships/hyperlink" Target="https://www.behance.net/abhishekr0a7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Abhishek Rampal – UI/UX Designer – Resume</dc:title>
  <dc:subject>Resume of Abhishek Rampal, UI/UX Designer, Gurugram, India</dc:subject>
  <dc:creator>Abhishek Rampal</dc:creator>
  <cp:keywords>UI/UX Designer, UX design, Product design, User research, Information architecture, Wireframing, Prototyping, Usability testing, Design systems, Dashboard design, Mobile app design, Responsive web design, Figma, Adobe XD</cp:keywords>
  <dc:description/>
  <cp:lastModifiedBy>Abhishek Rampal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